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/>
      </w:pPr>
      <w:r>
        <w:t>MD JAHIRUL ISLAM</w:t>
      </w:r>
    </w:p>
    <w:p>
      <w:pPr>
        <w:pStyle w:val="Subtitle"/>
      </w:pPr>
      <w:r>
        <w:t>Lead Software Engineer | iOS Engineering &amp; Mobile Architecture</w:t>
      </w:r>
    </w:p>
    <w:p>
      <w:pPr>
        <w:spacing w:after="60"/>
      </w:pPr>
      <w:r>
        <w:rPr>
          <w:sz w:val="19"/>
        </w:rPr>
        <w:t xml:space="preserve">Dhaka, Bangladesh | +880 1685 731988 | </w:t>
      </w:r>
      <w:hyperlink r:id="rId9">
        <w:r>
          <w:rPr>
            <w:color w:val="000000"/>
          </w:rPr>
          <w:t>muhmd.jahir@gmail.com</w:t>
        </w:r>
      </w:hyperlink>
    </w:p>
    <w:p>
      <w:pPr>
        <w:spacing w:after="60"/>
      </w:pPr>
      <w:hyperlink r:id="rId10">
        <w:r>
          <w:rPr>
            <w:color w:val="000000"/>
          </w:rPr>
          <w:t>mohammadjahirul.github.io</w:t>
        </w:r>
      </w:hyperlink>
      <w:r>
        <w:t xml:space="preserve"> | </w:t>
      </w:r>
      <w:hyperlink r:id="rId11">
        <w:r>
          <w:rPr>
            <w:color w:val="000000"/>
          </w:rPr>
          <w:t>linkedin.com/in/mohammadjahir</w:t>
        </w:r>
      </w:hyperlink>
    </w:p>
    <w:p>
      <w:pPr>
        <w:spacing w:after="0"/>
      </w:pPr>
      <w:hyperlink r:id="rId12">
        <w:r>
          <w:rPr>
            <w:color w:val="000000"/>
          </w:rPr>
          <w:t>github.com/MohammadJahirul</w:t>
        </w:r>
      </w:hyperlink>
    </w:p>
    <w:p>
      <w:pPr>
        <w:pStyle w:val="Heading1"/>
      </w:pPr>
      <w:r>
        <w:t>PROFESSIONAL SUMMARY</w:t>
      </w:r>
    </w:p>
    <w:p>
      <w:r>
        <w:t>Hands-on iOS engineering lead with 9+ years of software development experience across e-commerce, ride-sharing, real-time communication, and mobile games. Builds native applications with Swift, SwiftUI, and UIKit; designs modular architectures; and mentors mobile engineers. Experience includes Daraz (Alibaba Group), leadership of an 8-engineer team, and independently developed App Store products Expense Packet and Talk Trial.</w:t>
      </w:r>
    </w:p>
    <w:p>
      <w:pPr>
        <w:pStyle w:val="Heading1"/>
      </w:pPr>
      <w:r>
        <w:t>TECHNICAL SKILLS</w:t>
      </w:r>
    </w:p>
    <w:p>
      <w:pPr>
        <w:spacing w:after="60"/>
      </w:pPr>
      <w:r>
        <w:rPr>
          <w:b/>
        </w:rPr>
        <w:t xml:space="preserve">iOS development: </w:t>
      </w:r>
      <w:r>
        <w:t>Swift, SwiftUI, UIKit, Combine, SwiftData, Swift Package Manager (SPM)</w:t>
      </w:r>
    </w:p>
    <w:p>
      <w:pPr>
        <w:spacing w:after="60"/>
      </w:pPr>
      <w:r>
        <w:rPr>
          <w:b/>
        </w:rPr>
        <w:t xml:space="preserve">Architecture and delivery: </w:t>
      </w:r>
      <w:r>
        <w:t>MVVM, modular architecture, system design, unit testing, Git, CI/CD</w:t>
      </w:r>
    </w:p>
    <w:p>
      <w:pPr>
        <w:spacing w:after="60"/>
      </w:pPr>
      <w:r>
        <w:rPr>
          <w:b/>
        </w:rPr>
        <w:t xml:space="preserve">Specialist technologies: </w:t>
      </w:r>
      <w:r>
        <w:t>Vision OCR, AVFoundation, Speech, StoreKit 2, Foundation Models, WebRTC, XMPP</w:t>
      </w:r>
    </w:p>
    <w:p>
      <w:pPr>
        <w:spacing w:after="60"/>
      </w:pPr>
      <w:r>
        <w:rPr>
          <w:b/>
        </w:rPr>
        <w:t xml:space="preserve">Leadership: </w:t>
      </w:r>
      <w:r>
        <w:t>Technical roadmaps, mentoring, code reviews, cross-platform team coordination</w:t>
      </w:r>
    </w:p>
    <w:p>
      <w:pPr>
        <w:pStyle w:val="Heading1"/>
      </w:pPr>
      <w:r>
        <w:t>PROFESSIONAL EXPERIENCE</w:t>
      </w:r>
    </w:p>
    <w:p>
      <w:pPr>
        <w:pStyle w:val="Heading2"/>
        <w:spacing w:after="40"/>
      </w:pPr>
      <w:r>
        <w:t>Lead Software Engineer | Nasir Syntax Solution Ltd.</w:t>
      </w:r>
    </w:p>
    <w:p>
      <w:pPr>
        <w:keepNext/>
        <w:spacing w:after="100"/>
      </w:pPr>
      <w:r>
        <w:rPr>
          <w:sz w:val="19"/>
        </w:rPr>
        <w:t>May 2024 - Present | Dhaka, Bangladesh</w:t>
      </w:r>
    </w:p>
    <w:p>
      <w:pPr>
        <w:pStyle w:val="ListBullet"/>
        <w:keepLines/>
        <w:spacing w:after="80"/>
        <w:ind w:left="202" w:hanging="202"/>
      </w:pPr>
      <w:r>
        <w:t>Lead iOS and Android engineers delivering ride-sharing and e-commerce applications, combining hands-on iOS development with architecture and delivery oversight.</w:t>
      </w:r>
    </w:p>
    <w:p>
      <w:pPr>
        <w:pStyle w:val="ListBullet"/>
        <w:keepLines/>
        <w:spacing w:after="80"/>
        <w:ind w:left="202" w:hanging="202"/>
      </w:pPr>
      <w:r>
        <w:t>Design modular mobile solutions and real-time ride-sharing flows spanning parcel delivery, messaging, and bidding-based fare negotiation.</w:t>
      </w:r>
    </w:p>
    <w:p>
      <w:pPr>
        <w:pStyle w:val="ListBullet"/>
        <w:keepLines/>
        <w:spacing w:after="80"/>
        <w:ind w:left="202" w:hanging="202"/>
      </w:pPr>
      <w:r>
        <w:t>Develop e-commerce capabilities including product catalogs, checkout, payment integrations, and augmented reality experiences.</w:t>
      </w:r>
    </w:p>
    <w:p>
      <w:pPr>
        <w:pStyle w:val="ListBullet"/>
        <w:keepLines/>
        <w:spacing w:after="80"/>
        <w:ind w:left="202" w:hanging="202"/>
      </w:pPr>
      <w:r>
        <w:t>Establish CI/CD pipelines and support engineering growth through mentoring, one-to-one meetings, and performance reviews.</w:t>
      </w:r>
    </w:p>
    <w:p>
      <w:pPr>
        <w:pStyle w:val="Heading2"/>
        <w:spacing w:after="40"/>
      </w:pPr>
      <w:r>
        <w:t>Lead Engineer, iOS | Easital Technologies Ltd.</w:t>
      </w:r>
    </w:p>
    <w:p>
      <w:pPr>
        <w:keepNext/>
        <w:spacing w:after="100"/>
      </w:pPr>
      <w:r>
        <w:rPr>
          <w:sz w:val="19"/>
        </w:rPr>
        <w:t>May 2023 - Apr 2024 | Dhaka, Bangladesh</w:t>
      </w:r>
    </w:p>
    <w:p>
      <w:pPr>
        <w:pStyle w:val="ListBullet"/>
        <w:keepLines/>
        <w:spacing w:after="80"/>
        <w:ind w:left="202" w:hanging="202"/>
      </w:pPr>
      <w:r>
        <w:t>Supported 8 engineers through technical guidance and internal assessments; helped 2 team members progress into senior leadership roles.</w:t>
      </w:r>
    </w:p>
    <w:p>
      <w:pPr>
        <w:pStyle w:val="ListBullet"/>
        <w:keepLines/>
        <w:spacing w:after="80"/>
        <w:ind w:left="202" w:hanging="202"/>
      </w:pPr>
      <w:r>
        <w:t>Set quarterly technical roadmaps and guided modularization of a multi-service application spanning payments, ride-sharing, food delivery, and commerce.</w:t>
      </w:r>
    </w:p>
    <w:p>
      <w:pPr>
        <w:pStyle w:val="ListBullet"/>
        <w:keepLines/>
        <w:spacing w:after="80"/>
        <w:ind w:left="202" w:hanging="202"/>
      </w:pPr>
      <w:r>
        <w:t>Collaborated with backend engineers to design an XMPP messaging system and align mobile and backend architecture.</w:t>
      </w:r>
    </w:p>
    <w:p>
      <w:pPr>
        <w:pStyle w:val="Heading2"/>
        <w:spacing w:after="40"/>
      </w:pPr>
      <w:r>
        <w:t>Senior Software Engineer, iOS | Daraz - Alibaba Group</w:t>
      </w:r>
    </w:p>
    <w:p>
      <w:pPr>
        <w:keepNext/>
        <w:spacing w:after="100"/>
      </w:pPr>
      <w:r>
        <w:rPr>
          <w:sz w:val="19"/>
        </w:rPr>
        <w:t>Mar 2022 - Apr 2023 | Dhaka, Bangladesh</w:t>
      </w:r>
    </w:p>
    <w:p>
      <w:pPr>
        <w:pStyle w:val="ListBullet"/>
        <w:keepLines/>
        <w:spacing w:after="80"/>
        <w:ind w:left="202" w:hanging="202"/>
      </w:pPr>
      <w:r>
        <w:t>Developed and optimized features for the Daraz shopping application, collaborating on data-informed improvements to the customer experience.</w:t>
      </w:r>
    </w:p>
    <w:p>
      <w:pPr>
        <w:pStyle w:val="ListBullet"/>
        <w:keepLines/>
        <w:spacing w:after="80"/>
        <w:ind w:left="202" w:hanging="202"/>
      </w:pPr>
      <w:r>
        <w:t>Proposed system design improvements to simplify feature delivery and reduce application development costs.</w:t>
      </w:r>
    </w:p>
    <w:p>
      <w:pPr>
        <w:pStyle w:val="Heading1"/>
        <w:pageBreakBefore/>
      </w:pPr>
      <w:r>
        <w:t>PROFESSIONAL EXPERIENCE CONTINUED</w:t>
      </w:r>
    </w:p>
    <w:p>
      <w:pPr>
        <w:pStyle w:val="Heading2"/>
        <w:spacing w:after="40"/>
      </w:pPr>
      <w:r>
        <w:t>Software Engineer, iOS | Live Technologies</w:t>
      </w:r>
    </w:p>
    <w:p>
      <w:pPr>
        <w:keepNext/>
        <w:spacing w:after="100"/>
      </w:pPr>
      <w:r>
        <w:rPr>
          <w:sz w:val="19"/>
        </w:rPr>
        <w:t>Nov 2019 - Feb 2022 | Dhaka, Bangladesh</w:t>
      </w:r>
    </w:p>
    <w:p>
      <w:pPr>
        <w:pStyle w:val="ListBullet"/>
        <w:keepLines/>
        <w:spacing w:after="80"/>
        <w:ind w:left="202" w:hanging="202"/>
      </w:pPr>
      <w:r>
        <w:t>Introduced application caching that reduced API costs by 30%.</w:t>
      </w:r>
    </w:p>
    <w:p>
      <w:pPr>
        <w:pStyle w:val="ListBullet"/>
        <w:keepLines/>
        <w:spacing w:after="80"/>
        <w:ind w:left="202" w:hanging="202"/>
      </w:pPr>
      <w:r>
        <w:t>Built real-time messaging capabilities and a custom WebRTC video-calling SDK to reduce reliance on third-party services.</w:t>
      </w:r>
    </w:p>
    <w:p>
      <w:pPr>
        <w:pStyle w:val="ListBullet"/>
        <w:keepLines/>
        <w:spacing w:after="80"/>
        <w:ind w:left="202" w:hanging="202"/>
      </w:pPr>
      <w:r>
        <w:t>Implemented indoor navigation using real-world coordinates and contributed to mobile products in telemedicine, education, sports, and food delivery.</w:t>
      </w:r>
    </w:p>
    <w:p>
      <w:pPr>
        <w:pStyle w:val="Heading2"/>
        <w:spacing w:after="40"/>
      </w:pPr>
      <w:r>
        <w:t>Game Developer | Pechas Game Studios</w:t>
      </w:r>
    </w:p>
    <w:p>
      <w:pPr>
        <w:keepNext/>
        <w:spacing w:after="100"/>
      </w:pPr>
      <w:r>
        <w:rPr>
          <w:sz w:val="19"/>
        </w:rPr>
        <w:t>Jul 2017 - Oct 2019 | Dhaka, Bangladesh</w:t>
      </w:r>
    </w:p>
    <w:p>
      <w:pPr>
        <w:pStyle w:val="ListBullet"/>
        <w:keepLines/>
        <w:spacing w:after="80"/>
        <w:ind w:left="202" w:hanging="202"/>
      </w:pPr>
      <w:r>
        <w:t>Developed mobile applications and games for iOS and Android, including the Goli Cricket 3D multiplayer game for Facebook Instant Games.</w:t>
      </w:r>
    </w:p>
    <w:p>
      <w:pPr>
        <w:pStyle w:val="ListBullet"/>
        <w:keepLines/>
        <w:spacing w:after="80"/>
        <w:ind w:left="202" w:hanging="202"/>
      </w:pPr>
      <w:r>
        <w:t>Built a native game engine for a lightweight gaming application, reducing application size by 50% against the Unity-based implementation.</w:t>
      </w:r>
    </w:p>
    <w:p>
      <w:pPr>
        <w:pStyle w:val="Heading1"/>
      </w:pPr>
      <w:r>
        <w:t>SELECTED PROJECTS</w:t>
      </w:r>
    </w:p>
    <w:p>
      <w:pPr>
        <w:pStyle w:val="Heading2"/>
      </w:pPr>
      <w:hyperlink r:id="rId13">
        <w:r>
          <w:rPr>
            <w:color w:val="000000"/>
          </w:rPr>
          <w:t>Daraz | Alibaba Group | E-commerce</w:t>
        </w:r>
      </w:hyperlink>
    </w:p>
    <w:p>
      <w:pPr>
        <w:keepLines/>
      </w:pPr>
      <w:r>
        <w:t>Contributed to the Daraz iOS shopping app as a Senior Software Engineer. Developed and optimized shopping features, supported data-informed product decisions, and proposed system design improvements to simplify delivery.</w:t>
      </w:r>
    </w:p>
    <w:p>
      <w:pPr>
        <w:pStyle w:val="Heading2"/>
      </w:pPr>
      <w:hyperlink r:id="rId14">
        <w:r>
          <w:rPr>
            <w:color w:val="000000"/>
          </w:rPr>
          <w:t>Expense Packet | Independent iOS Product</w:t>
        </w:r>
      </w:hyperlink>
    </w:p>
    <w:p>
      <w:pPr>
        <w:keepLines/>
      </w:pPr>
      <w:r>
        <w:t>Built and published a SwiftUI app with SwiftData persistence, Vision OCR, PDFKit, and StoreKit 2. Converts receipts into numbered PDF reimbursement packets and matching CSV exports, with multi-currency handling and confidence-based review. Isolated extraction, reporting, backup, and purchasing in a Swift 6 package with Swift Testing coverage.</w:t>
      </w:r>
    </w:p>
    <w:p>
      <w:pPr>
        <w:pStyle w:val="Heading2"/>
      </w:pPr>
      <w:hyperlink r:id="rId15">
        <w:r>
          <w:rPr>
            <w:color w:val="000000"/>
          </w:rPr>
          <w:t>Talk Trial | Independent iOS Product</w:t>
        </w:r>
      </w:hyperlink>
    </w:p>
    <w:p>
      <w:pPr>
        <w:keepLines/>
      </w:pPr>
      <w:r>
        <w:t>Built and published a SwiftUI speaking-practice app using AVFoundation, Speech, Combine, Swift Charts, and StoreKit 2. Implemented word-synced playback, filler-word detection, live haptic coaching, and subscription entitlements. Integrated on-device Foundation Models for follow-up questions on supported devices, with a rule-based fallback.</w:t>
      </w:r>
    </w:p>
    <w:p>
      <w:pPr>
        <w:pStyle w:val="Heading2"/>
      </w:pPr>
      <w:hyperlink r:id="rId16">
        <w:r>
          <w:rPr>
            <w:color w:val="000000"/>
          </w:rPr>
          <w:t>Beeda and Beeda Merchant | Multi-service Commerce</w:t>
        </w:r>
      </w:hyperlink>
    </w:p>
    <w:p>
      <w:pPr>
        <w:keepLines/>
      </w:pPr>
      <w:r>
        <w:t>Contributed to a multi-service mobile platform and its merchant companion. Worked on application modularization and features for commerce, orders, and business operations.</w:t>
      </w:r>
    </w:p>
    <w:p>
      <w:pPr>
        <w:pStyle w:val="Heading2"/>
      </w:pPr>
      <w:hyperlink r:id="rId17">
        <w:r>
          <w:rPr>
            <w:color w:val="000000"/>
          </w:rPr>
          <w:t>HungryNaki | Food Delivery</w:t>
        </w:r>
      </w:hyperlink>
    </w:p>
    <w:p>
      <w:pPr>
        <w:keepLines/>
      </w:pPr>
      <w:r>
        <w:t>Redesigned the application interface and user experience for a food delivery product, contributing to a 20% increase in orders.</w:t>
      </w:r>
    </w:p>
    <w:p>
      <w:pPr>
        <w:pStyle w:val="Heading1"/>
      </w:pPr>
      <w:r>
        <w:t>EDUCATION</w:t>
      </w:r>
    </w:p>
    <w:p>
      <w:pPr>
        <w:pStyle w:val="Heading2"/>
      </w:pPr>
      <w:r>
        <w:t>Bachelor of Science in Software Engineering</w:t>
      </w:r>
    </w:p>
    <w:p>
      <w:r>
        <w:t>Daffodil International University | 2017</w:t>
      </w:r>
    </w:p>
    <w:sectPr w:rsidR="00FC693F" w:rsidRPr="0006063C" w:rsidSect="00034616">
      <w:pgSz w:w="12240" w:h="15840"/>
      <w:pgMar w:top="893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100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widowControl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0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140" w:after="100"/>
    </w:pPr>
    <w:rPr>
      <w:rFonts w:asciiTheme="majorHAnsi" w:eastAsiaTheme="majorEastAsia" w:hAnsiTheme="majorHAnsi" w:cstheme="majorBidi" w:ascii="Arial" w:hAnsi="Arial"/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widowControl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widowControl/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widowControl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widowControl/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widowControl/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widowControl/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widowControl/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widowControl/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widowControl/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widowControl/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widowControl/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widowControl/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widowControl/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widowControl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widowControl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widowControl/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uhmd.jahir@gmail.com" TargetMode="External"/><Relationship Id="rId10" Type="http://schemas.openxmlformats.org/officeDocument/2006/relationships/hyperlink" Target="https://mohammadjahirul.github.io/" TargetMode="External"/><Relationship Id="rId11" Type="http://schemas.openxmlformats.org/officeDocument/2006/relationships/hyperlink" Target="https://linkedin.com/in/mohammadjahir" TargetMode="External"/><Relationship Id="rId12" Type="http://schemas.openxmlformats.org/officeDocument/2006/relationships/hyperlink" Target="https://github.com/MohammadJahirul" TargetMode="External"/><Relationship Id="rId13" Type="http://schemas.openxmlformats.org/officeDocument/2006/relationships/hyperlink" Target="https://apps.apple.com/us/app/daraz-online-shopping-app/id978058048" TargetMode="External"/><Relationship Id="rId14" Type="http://schemas.openxmlformats.org/officeDocument/2006/relationships/hyperlink" Target="https://apps.apple.com/us/app/expense-packet/id6812272582" TargetMode="External"/><Relationship Id="rId15" Type="http://schemas.openxmlformats.org/officeDocument/2006/relationships/hyperlink" Target="https://apps.apple.com/us/app/talk-trial-interview-practice/id6805479863" TargetMode="External"/><Relationship Id="rId16" Type="http://schemas.openxmlformats.org/officeDocument/2006/relationships/hyperlink" Target="https://apps.apple.com/us/app/beeda-the-everything-mega-app/id1641292802" TargetMode="External"/><Relationship Id="rId17" Type="http://schemas.openxmlformats.org/officeDocument/2006/relationships/hyperlink" Target="https://www.linkedin.com/company/hungryna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 Jahirul Islam - Lead iOS Engineer Resume</dc:title>
  <dc:subject>Professional resume</dc:subject>
  <dc:creator>Md Jahirul Islam</dc:creator>
  <cp:keywords>Swift, SwiftUI, UIKit, iOS, mobile architecture, lead engineer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